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0"/>
        <w:jc w:val="center"/>
      </w:pPr>
      <w:r>
        <w:rPr>
          <w:b/>
          <w:sz w:val="32"/>
        </w:rPr>
        <w:t>議事録</w:t>
      </w:r>
    </w:p>
    <w:p>
      <w:pPr>
        <w:spacing w:after="120"/>
        <w:jc w:val="center"/>
      </w:pPr>
      <w:r>
        <w:rPr>
          <w:b w:val="0"/>
          <w:color w:val="595F6B"/>
          <w:sz w:val="18"/>
        </w:rPr>
        <w:t>社内会議用　※取締役会・株主総会の議事録には、会社法・会社法施行規則の記載事項が別に定められています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会議名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日時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＿＿年＿＿月＿＿日（＿）＿＿:＿＿〜＿＿:＿＿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場所／オンライン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＿＿（会議室／オンライン：＿＿）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出席者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欠席者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＿＿（理由：＿＿）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記録者／確認者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記録者：＿＿　確認者：＿＿（確認日：＿＿年＿＿月＿＿日）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目的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＿＿（報告／相談／決定）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議題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1：＿＿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2：＿＿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3：＿＿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決定事項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1：＿＿（理由：＿＿）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2：＿＿（理由：＿＿）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議題 3：＿＿（理由：＿＿）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保留事項（決まらなかったこと）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・＿＿（誰が・いつまでに決めるか：＿＿）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・＿＿（誰が・いつまでに決めるか：＿＿）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ToDo（担当・期限）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・＿＿（担当：＿＿　期限：＿＿年＿＿月＿＿日）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・＿＿（担当：＿＿　期限：＿＿年＿＿月＿＿日）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・＿＿（担当：＿＿　期限：＿＿年＿＿月＿＿日）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議論の要点（必要な場合）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次回予定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＿＿年＿＿月＿＿日（＿）＿＿:＿＿〜＿＿:＿＿　場所：＿＿　議題：＿＿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配布資料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・＿＿（保存場所：＿＿）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・＿＿（保存場所：＿＿）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備考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＿＿</w:t>
            </w:r>
          </w:p>
        </w:tc>
      </w:tr>
    </w:tbl>
    <w:p>
      <w:pPr>
        <w:spacing w:after="0" w:before="40"/>
      </w:pPr>
      <w:r>
        <w:rPr>
          <w:b w:val="0"/>
          <w:color w:val="595F6B"/>
          <w:sz w:val="18"/>
        </w:rPr>
        <w:t>・決定事項は議題ごとに結論を 1 行で。数字と固有名詞は資料のまま書く。</w:t>
      </w:r>
    </w:p>
    <w:p>
      <w:pPr>
        <w:spacing w:after="0" w:before="40"/>
      </w:pPr>
      <w:r>
        <w:rPr>
          <w:b w:val="0"/>
          <w:color w:val="595F6B"/>
          <w:sz w:val="18"/>
        </w:rPr>
        <w:t>・ToDo は「誰が・何を・いつまでに」をそろえる。担当は個人名で。</w:t>
      </w:r>
    </w:p>
    <w:p>
      <w:pPr>
        <w:spacing w:after="0" w:before="40"/>
      </w:pPr>
      <w:r>
        <w:rPr>
          <w:b w:val="0"/>
          <w:color w:val="595F6B"/>
          <w:sz w:val="18"/>
        </w:rPr>
        <w:t>・当日中（遅くとも翌営業日まで）に共有し、確認者の確認を受ける。</w:t>
      </w:r>
    </w:p>
    <w:p>
      <w:pPr>
        <w:spacing w:after="0" w:before="120"/>
      </w:pPr>
      <w:r>
        <w:rPr>
          <w:b w:val="0"/>
          <w:color w:val="595F6B"/>
          <w:sz w:val="17"/>
        </w:rPr>
        <w:t>本テンプレートは参考例です。自社の規程・法令に合わせて調整してください。</w:t>
      </w:r>
    </w:p>
    <w:p>
      <w:pPr>
        <w:spacing w:after="0"/>
      </w:pPr>
      <w:r>
        <w:rPr>
          <w:b w:val="0"/>
          <w:color w:val="595F6B"/>
          <w:sz w:val="17"/>
        </w:rPr>
        <w:t>書き方の解説：https://lpjp.tanka.ai/guide/gijiroku-template</w:t>
      </w:r>
    </w:p>
    <w:p>
      <w:r>
        <w:br w:type="page"/>
      </w:r>
    </w:p>
    <w:p>
      <w:pPr>
        <w:keepNext/>
        <w:spacing w:after="40"/>
      </w:pPr>
      <w:r>
        <w:rPr>
          <w:b/>
          <w:sz w:val="28"/>
        </w:rPr>
        <w:t>記入例：展示会の出展準備を 30 分で決める</w:t>
      </w:r>
    </w:p>
    <w:p>
      <w:pPr>
        <w:spacing w:after="120"/>
      </w:pPr>
      <w:r>
        <w:rPr>
          <w:b w:val="0"/>
          <w:color w:val="595F6B"/>
          <w:sz w:val="19"/>
        </w:rPr>
        <w:t>架空の会社「みなと業務サポート株式会社（18名）」の記入例です。人物・案件はすべて架空です。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会議名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展示会 出展準備の打ち合わせ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日時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2026年10月23日（金）10:00〜10:30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場所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会議室 A（全員対面）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出席者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森田（社長・決定者）、鈴木（制作責任者・進行）、高橋（見積・経理・素材）、中村（営業担当）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欠席者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佐藤（営業リーダー）：研修出張のため（10/30 まで不在）。議事録を当日共有し、当日の役割を確認してもらう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記録者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中村（議題を出した人）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目的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11 月の展示会（大阪、11/11〜13、3 号館 ブース B-12）の出展準備について、什器・配布物・当日の役割・大阪での訪問先を決める（決定）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議題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1）ブースの什器　2）配布物　3）当日の役割　4）大阪での訪問先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決定事項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1）什器：鈴木の図面 v2 のとおり、カウンター 1 台・モニター 1 台・パンフレットスタンド 1 台をレンタルで手配する。理由：持ち込みより搬入（11/10（火）17:00〜18:30）が短く済むため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2）配布物：会社案内は既存版を 300 部増刷。サービス紹介チラシは既存版のブース番号と日付を差し替えて 500 部。高橋が取った見積のとおり発注する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3）当日の役割：ブース担当は行程表のとおり（11/11 森田・佐藤、11/12 佐藤、11/13 森田・佐藤）。留守中の電話とメールは中村が対応する。名刺とアンケートは佐藤が当日まとめ、11/16（月）の出張報告で共有する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4）訪問先：なにわ精工様（11/12（木）15:00〜16:00、森田）は行程表のとおり確定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保留事項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・ノベルティを作るか：高橋が見積を取り、森田が 10/30（金）までに判断する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・11/12（木）午前の見込み客訪問：訪問先と時刻が調整中。中村が候補 2 社に打診する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・11/13（金）の帰りの新幹線：時刻は搬出の進み次第。11/9 の最終確認で再度確認する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ToDo（担当・期限）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・什器レンタルの発注（図面 v2 の構成）：高橋、10/30（金）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・チラシのブース番号と日付の差し替えデータ：鈴木、10/28（水）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・会社案内 300 部・チラシ 500 部の印刷発注：高橋、10/30（金）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・ノベルティの見積取得：高橋、10/28（水）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・11/12 午前の訪問候補 2 社への打診：中村、10/30（金）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・佐藤への議事録の共有：中村、10/23（金）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・佐藤の当日の役割の確認（返事をもらう）：森田、11/2（月）</w:t>
            </w:r>
          </w:p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・確定した訪問先の行程表への追加：高橋、決まり次第（11/6（金）まで）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次回予定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11/9（月）10:00〜10:30 出発前の最終確認（オンライン）。森田・佐藤・鈴木。高橋・中村は議事録で確認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配布資料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什器の図面 v2（鈴木）／配布物の見積（高橋）／Memo「大阪出張 11/10〜13 行程表」（高橋、10/20 更新）</w:t>
            </w:r>
          </w:p>
        </w:tc>
      </w:tr>
      <w:tr>
        <w:trPr>
          <w:trHeight w:val="454" w:hRule="atLeast"/>
          <w:cantSplit/>
        </w:trPr>
        <w:tc>
          <w:tcPr>
            <w:tcW w:type="dxa" w:w="1814"/>
            <w:shd w:val="clear" w:color="auto" w:fill="E8EDF4"/>
          </w:tcPr>
          <w:p>
            <w:pPr>
              <w:keepNext/>
              <w:spacing w:after="20" w:line="276" w:lineRule="auto"/>
            </w:pPr>
            <w:r>
              <w:rPr>
                <w:b/>
                <w:sz w:val="19"/>
              </w:rPr>
              <w:t>確認者</w:t>
            </w:r>
          </w:p>
        </w:tc>
        <w:tc>
          <w:tcPr>
            <w:tcW w:type="dxa" w:w="8050"/>
          </w:tcPr>
          <w:p>
            <w:pPr>
              <w:spacing w:after="20" w:line="276" w:lineRule="auto"/>
            </w:pPr>
            <w:r>
              <w:rPr>
                <w:b w:val="0"/>
                <w:sz w:val="20"/>
              </w:rPr>
              <w:t>森田（10/23 確認）</w:t>
            </w:r>
          </w:p>
        </w:tc>
      </w:tr>
    </w:tbl>
    <w:p>
      <w:pPr>
        <w:spacing w:after="0" w:before="60"/>
      </w:pPr>
      <w:r>
        <w:rPr>
          <w:b w:val="0"/>
          <w:color w:val="595F6B"/>
          <w:sz w:val="17"/>
        </w:rPr>
        <w:t>決定・保留・ToDo・日程は、活用シーン「チャットから予定の下書きへ」「担当者不在時の顧客対応」「出張の行程表をカレンダーに一括登録」と同じ架空の会社の設定です。本テンプレートは参考例です。自社の規程・法令に合わせて調整してください。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F6B"/>
        <w:sz w:val="16"/>
      </w:rPr>
      <w:t xml:space="preserve">参考例・TANKA Japan 作成　</w:t>
    </w:r>
    <w:r>
      <w:rPr>
        <w:color w:val="595F6B"/>
        <w:sz w:val="16"/>
      </w:rPr>
      <w:fldChar w:fldCharType="begin"/>
    </w:r>
    <w:r>
      <w:rPr>
        <w:color w:val="595F6B"/>
        <w:sz w:val="16"/>
      </w:rPr>
      <w:instrText xml:space="preserve">PAGE</w:instrText>
    </w:r>
    <w:r>
      <w:rPr>
        <w:color w:val="595F6B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300" w:lineRule="auto"/>
    </w:pPr>
    <w:rPr>
      <w:rFonts w:ascii="游ゴシック" w:hAnsi="游ゴシック" w:eastAsia="游ゴシック" w:cs="游ゴシック"/>
      <w:sz w:val="21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游ゴシック" w:hAnsi="游ゴシック" w:eastAsia="游ゴシック" w:cs="游ゴシック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議事録テンプレート（社内会議用）</dc:title>
  <dc:subject>社内会議の議事録テンプレートと記入例</dc:subject>
  <dc:creator>TANKA Japan</dc:creator>
  <cp:keywords>議事録, テンプレート, 書き方, 記入例, TANKA</cp:keywords>
  <dc:description>本テンプレートは参考例です。自社の規程・法令に合わせて調整してください。</dc:description>
  <cp:lastModifiedBy>TANKA Japan</cp:lastModifiedBy>
  <cp:revision>1</cp:revision>
  <dcterms:created xsi:type="dcterms:W3CDTF">2026-10-17T00:00:00Z</dcterms:created>
  <dcterms:modified xsi:type="dcterms:W3CDTF">2026-10-17T00:00:00Z</dcterms:modified>
  <cp:category>テンプレート</cp:category>
  <dc:language>ja-JP</dc:language>
</cp:coreProperties>
</file>